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FF2F" w14:textId="77777777" w:rsidR="00D710DF" w:rsidRDefault="00000000">
      <w:pPr>
        <w:pStyle w:val="Heading1"/>
      </w:pPr>
      <w:r>
        <w:t>AKSHAY KOTECHA</w:t>
      </w:r>
    </w:p>
    <w:p w14:paraId="0AB268E6" w14:textId="77777777" w:rsidR="00D710DF" w:rsidRDefault="00000000">
      <w:r>
        <w:t>Ahmedabad, India</w:t>
      </w:r>
      <w:r>
        <w:br/>
        <w:t>7016871669 | akshaykotecha1999@gmail.com</w:t>
      </w:r>
      <w:r>
        <w:br/>
        <w:t>www.linkedin.com/in/akshay-kotecha-4004712b2</w:t>
      </w:r>
    </w:p>
    <w:p w14:paraId="796EE338" w14:textId="77777777" w:rsidR="00D710DF" w:rsidRDefault="00000000">
      <w:pPr>
        <w:pStyle w:val="Heading2"/>
      </w:pPr>
      <w:r>
        <w:t>Objective</w:t>
      </w:r>
    </w:p>
    <w:p w14:paraId="2E0FC6DE" w14:textId="77777777" w:rsidR="00D710DF" w:rsidRDefault="00000000">
      <w:r>
        <w:t>Full-Stack Developer with 4.5+ years of experience in designing, developing, and deploying scalable web applications using React.js, Next.js, Node.js, PHP Laravel, MySQL, and MongoDB. Skilled in building end-to-end solutions, RESTful APIs, cloud deployments, and performance optimization.</w:t>
      </w:r>
    </w:p>
    <w:p w14:paraId="2E4CFF4D" w14:textId="77777777" w:rsidR="00D710DF" w:rsidRDefault="00000000">
      <w:pPr>
        <w:pStyle w:val="Heading2"/>
      </w:pPr>
      <w:r>
        <w:t>Experience</w:t>
      </w:r>
    </w:p>
    <w:p w14:paraId="5AEAFFD8" w14:textId="77777777" w:rsidR="00D710DF" w:rsidRPr="002D68DF" w:rsidRDefault="00000000">
      <w:pPr>
        <w:pStyle w:val="Heading3"/>
        <w:rPr>
          <w:sz w:val="24"/>
          <w:szCs w:val="24"/>
        </w:rPr>
      </w:pPr>
      <w:r w:rsidRPr="002D68DF">
        <w:rPr>
          <w:sz w:val="24"/>
          <w:szCs w:val="24"/>
        </w:rPr>
        <w:t>Budventure Technologies Pvt Ltd. | Senior Full-Stack Developer | Dec. 2021 - Pursuing</w:t>
      </w:r>
    </w:p>
    <w:p w14:paraId="0465D744" w14:textId="77777777" w:rsidR="00D710DF" w:rsidRDefault="00000000">
      <w:pPr>
        <w:pStyle w:val="ListBullet"/>
      </w:pPr>
      <w:r>
        <w:t>Specialized in developing scalable and maintainable applications using Laravel.</w:t>
      </w:r>
    </w:p>
    <w:p w14:paraId="51FFFE5B" w14:textId="77777777" w:rsidR="00D710DF" w:rsidRDefault="00000000">
      <w:pPr>
        <w:pStyle w:val="ListBullet"/>
      </w:pPr>
      <w:r>
        <w:t>Deployed and managed server-side projects, ensuring smooth and secure operations.</w:t>
      </w:r>
    </w:p>
    <w:p w14:paraId="64CDBACE" w14:textId="77777777" w:rsidR="00D710DF" w:rsidRDefault="00000000">
      <w:pPr>
        <w:pStyle w:val="ListBullet"/>
      </w:pPr>
      <w:r>
        <w:t>Built dynamic and interactive user interfaces using React and Next.js.</w:t>
      </w:r>
    </w:p>
    <w:p w14:paraId="43845132" w14:textId="77777777" w:rsidR="00D710DF" w:rsidRDefault="00000000">
      <w:pPr>
        <w:pStyle w:val="ListBullet"/>
      </w:pPr>
      <w:r>
        <w:t>Developed efficient backend services and APIs using Node.js.</w:t>
      </w:r>
    </w:p>
    <w:p w14:paraId="462BB545" w14:textId="77777777" w:rsidR="00D710DF" w:rsidRDefault="00000000">
      <w:pPr>
        <w:pStyle w:val="ListBullet"/>
      </w:pPr>
      <w:r>
        <w:t>Expertise in working with databases, including MySQL and MongoDB, to handle complex data operations.</w:t>
      </w:r>
    </w:p>
    <w:p w14:paraId="15D5E432" w14:textId="77777777" w:rsidR="00D710DF" w:rsidRDefault="00000000">
      <w:pPr>
        <w:pStyle w:val="ListBullet"/>
      </w:pPr>
      <w:r>
        <w:t>Integrated third-party libraries and services, enhancing application functionality and performance.</w:t>
      </w:r>
    </w:p>
    <w:p w14:paraId="49A01A9F" w14:textId="77777777" w:rsidR="00D710DF" w:rsidRDefault="00000000">
      <w:pPr>
        <w:pStyle w:val="ListBullet"/>
      </w:pPr>
      <w:r>
        <w:t>Streamlined deployment processes using CI/CD pipelines and automated tools.</w:t>
      </w:r>
    </w:p>
    <w:p w14:paraId="1E2A120B" w14:textId="77777777" w:rsidR="00D710DF" w:rsidRDefault="00000000">
      <w:pPr>
        <w:pStyle w:val="ListBullet"/>
      </w:pPr>
      <w:r>
        <w:t>Optimized application performance by implementing caching and database query optimization techniques.</w:t>
      </w:r>
    </w:p>
    <w:p w14:paraId="4F02E006" w14:textId="77777777" w:rsidR="00D710DF" w:rsidRDefault="00000000">
      <w:pPr>
        <w:pStyle w:val="ListBullet"/>
      </w:pPr>
      <w:r>
        <w:t>Provided mentorship and task management to two junior developers, fostering a productive work environment.</w:t>
      </w:r>
    </w:p>
    <w:p w14:paraId="3C593094" w14:textId="77777777" w:rsidR="00D710DF" w:rsidRDefault="00000000">
      <w:pPr>
        <w:pStyle w:val="ListBullet"/>
      </w:pPr>
      <w:r>
        <w:t>Delivered end-to-end solutions, from requirement gathering to project deployment, ensuring high client satisfaction.</w:t>
      </w:r>
    </w:p>
    <w:p w14:paraId="44A974E8" w14:textId="77777777" w:rsidR="00D710DF" w:rsidRDefault="00000000">
      <w:pPr>
        <w:pStyle w:val="ListBullet"/>
      </w:pPr>
      <w:r>
        <w:t>Deployed and managed server-side applications, ensuring secure and efficient operations.</w:t>
      </w:r>
    </w:p>
    <w:p w14:paraId="33F6CBA3" w14:textId="77777777" w:rsidR="00D710DF" w:rsidRDefault="00000000">
      <w:pPr>
        <w:pStyle w:val="ListBullet"/>
      </w:pPr>
      <w:r>
        <w:t>Automated deployment processes using CI/CD pipelines for faster delivery.</w:t>
      </w:r>
    </w:p>
    <w:p w14:paraId="1DEF0083" w14:textId="77777777" w:rsidR="00D710DF" w:rsidRPr="002D68DF" w:rsidRDefault="00000000">
      <w:pPr>
        <w:pStyle w:val="Heading3"/>
        <w:rPr>
          <w:sz w:val="24"/>
          <w:szCs w:val="24"/>
        </w:rPr>
      </w:pPr>
      <w:r w:rsidRPr="002D68DF">
        <w:rPr>
          <w:sz w:val="24"/>
          <w:szCs w:val="24"/>
        </w:rPr>
        <w:t>Mirocare Pvt Ltd. | Junior Full-Stack Developer | June 2019 - Nov. 2021</w:t>
      </w:r>
    </w:p>
    <w:p w14:paraId="74F36253" w14:textId="77777777" w:rsidR="00D710DF" w:rsidRDefault="00000000">
      <w:pPr>
        <w:pStyle w:val="ListBullet"/>
      </w:pPr>
      <w:r>
        <w:t>Proficient in developing web applications using Core PHP and CodeIgniter frameworks.</w:t>
      </w:r>
    </w:p>
    <w:p w14:paraId="381007F5" w14:textId="77777777" w:rsidR="00D710DF" w:rsidRDefault="00000000">
      <w:pPr>
        <w:pStyle w:val="ListBullet"/>
      </w:pPr>
      <w:r>
        <w:t>Created and maintained efficient backend systems with well-structured and reusable code.</w:t>
      </w:r>
    </w:p>
    <w:p w14:paraId="5A0E1AF1" w14:textId="77777777" w:rsidR="00D710DF" w:rsidRDefault="00000000">
      <w:pPr>
        <w:pStyle w:val="ListBullet"/>
      </w:pPr>
      <w:r>
        <w:t>Worked on integrating MySQL databases to manage and retrieve application data effectively.</w:t>
      </w:r>
    </w:p>
    <w:p w14:paraId="6A2C80B1" w14:textId="77777777" w:rsidR="00D710DF" w:rsidRDefault="00000000">
      <w:pPr>
        <w:pStyle w:val="ListBullet"/>
      </w:pPr>
      <w:r>
        <w:t>Collaborated with teams to implement user-friendly frontends using HTML, CSS, and JavaScript.</w:t>
      </w:r>
    </w:p>
    <w:p w14:paraId="4851EAC8" w14:textId="77777777" w:rsidR="00D710DF" w:rsidRDefault="00000000">
      <w:pPr>
        <w:pStyle w:val="ListBullet"/>
      </w:pPr>
      <w:r>
        <w:lastRenderedPageBreak/>
        <w:t>Debugged and resolved application issues to ensure smooth functionality and user experience.</w:t>
      </w:r>
    </w:p>
    <w:p w14:paraId="3B8A7A7C" w14:textId="77777777" w:rsidR="005320EA" w:rsidRDefault="005320EA" w:rsidP="005320EA">
      <w:pPr>
        <w:pStyle w:val="ListBullet"/>
        <w:numPr>
          <w:ilvl w:val="0"/>
          <w:numId w:val="0"/>
        </w:numPr>
        <w:ind w:left="360" w:hanging="360"/>
      </w:pPr>
    </w:p>
    <w:p w14:paraId="7DE485DF" w14:textId="77777777" w:rsidR="005320EA" w:rsidRDefault="005320EA" w:rsidP="005320EA">
      <w:pPr>
        <w:pStyle w:val="Heading2"/>
      </w:pPr>
      <w:r>
        <w:t>Skills</w:t>
      </w:r>
    </w:p>
    <w:p w14:paraId="42F0C488" w14:textId="77777777" w:rsidR="005320EA" w:rsidRDefault="005320EA" w:rsidP="005320EA">
      <w:pPr>
        <w:pStyle w:val="ListBullet"/>
      </w:pPr>
      <w:r>
        <w:rPr>
          <w:b/>
        </w:rPr>
        <w:t xml:space="preserve">Programming Languages: </w:t>
      </w:r>
      <w:r>
        <w:t>JavaScript, TypeScript, PHP, HTML, CSS</w:t>
      </w:r>
    </w:p>
    <w:p w14:paraId="29B06D73" w14:textId="77777777" w:rsidR="005320EA" w:rsidRDefault="005320EA" w:rsidP="005320EA">
      <w:pPr>
        <w:pStyle w:val="ListBullet"/>
      </w:pPr>
      <w:r>
        <w:rPr>
          <w:b/>
        </w:rPr>
        <w:t xml:space="preserve">Libraries &amp; Frameworks: </w:t>
      </w:r>
      <w:r>
        <w:t>React.js, Next.js, Nuxt.js, AngularJS, Node.js, Laravel, CodeIgniter, jQuery, Tailwind CSS, Bootstrap</w:t>
      </w:r>
    </w:p>
    <w:p w14:paraId="706398A9" w14:textId="77777777" w:rsidR="005320EA" w:rsidRDefault="005320EA" w:rsidP="005320EA">
      <w:pPr>
        <w:pStyle w:val="ListBullet"/>
      </w:pPr>
      <w:r>
        <w:rPr>
          <w:b/>
        </w:rPr>
        <w:t xml:space="preserve">Databases: </w:t>
      </w:r>
      <w:r>
        <w:t>MySQL, MongoDB, SQLite</w:t>
      </w:r>
    </w:p>
    <w:p w14:paraId="37E47AF7" w14:textId="77777777" w:rsidR="005320EA" w:rsidRDefault="005320EA" w:rsidP="005320EA">
      <w:pPr>
        <w:pStyle w:val="ListBullet"/>
      </w:pPr>
      <w:r>
        <w:rPr>
          <w:b/>
        </w:rPr>
        <w:t>DevOps &amp; Deployment</w:t>
      </w:r>
    </w:p>
    <w:p w14:paraId="534E1B0A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Git &amp; Version Control</w:t>
      </w:r>
    </w:p>
    <w:p w14:paraId="76702925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CI/CD (GitHub Actions / GitLab CI)</w:t>
      </w:r>
    </w:p>
    <w:p w14:paraId="47E75A77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Docker (Containerization &amp; Deployment)</w:t>
      </w:r>
    </w:p>
    <w:p w14:paraId="118661F9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 xml:space="preserve">AWS (EC2, S3, </w:t>
      </w:r>
      <w:proofErr w:type="spellStart"/>
      <w:r>
        <w:t>EventBridge</w:t>
      </w:r>
      <w:proofErr w:type="spellEnd"/>
      <w:r>
        <w:t xml:space="preserve"> Scheduler)</w:t>
      </w:r>
    </w:p>
    <w:p w14:paraId="6B693FA8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 xml:space="preserve">Automated EC2 Start/Stop Scheduling (AWS </w:t>
      </w:r>
      <w:proofErr w:type="spellStart"/>
      <w:r>
        <w:t>EventBridge</w:t>
      </w:r>
      <w:proofErr w:type="spellEnd"/>
      <w:r>
        <w:t xml:space="preserve"> Scheduler)</w:t>
      </w:r>
    </w:p>
    <w:p w14:paraId="3FBC04B2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Hosting Platforms (</w:t>
      </w:r>
      <w:proofErr w:type="spellStart"/>
      <w:r>
        <w:t>Hostinger</w:t>
      </w:r>
      <w:proofErr w:type="spellEnd"/>
      <w:r>
        <w:t>, GoDaddy, cPanel)</w:t>
      </w:r>
    </w:p>
    <w:p w14:paraId="2B0CF376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Server &amp; Application Deployment</w:t>
      </w:r>
    </w:p>
    <w:p w14:paraId="2AE4C4B2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Domain, DNS &amp; SSL Configuration</w:t>
      </w:r>
    </w:p>
    <w:p w14:paraId="255A9770" w14:textId="77777777" w:rsidR="005320EA" w:rsidRDefault="005320EA" w:rsidP="005320EA">
      <w:pPr>
        <w:pStyle w:val="ListBullet"/>
      </w:pPr>
      <w:proofErr w:type="spellStart"/>
      <w:r>
        <w:rPr>
          <w:b/>
        </w:rPr>
        <w:t>Botpress</w:t>
      </w:r>
      <w:proofErr w:type="spellEnd"/>
      <w:r>
        <w:rPr>
          <w:b/>
        </w:rPr>
        <w:t xml:space="preserve"> Skills</w:t>
      </w:r>
    </w:p>
    <w:p w14:paraId="1F707510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Chatbot Development – Building and deploying conversational bots</w:t>
      </w:r>
    </w:p>
    <w:p w14:paraId="3847A454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Flow Design – Designing conversation flows and dialog trees</w:t>
      </w:r>
    </w:p>
    <w:p w14:paraId="2F78093A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NLU (Natural Language Understanding) – Training intents, entities, and utterances</w:t>
      </w:r>
    </w:p>
    <w:p w14:paraId="2B06C053" w14:textId="77777777" w:rsidR="005320EA" w:rsidRDefault="005320EA" w:rsidP="005320EA">
      <w:pPr>
        <w:pStyle w:val="ListBullet2"/>
        <w:tabs>
          <w:tab w:val="num" w:pos="720"/>
        </w:tabs>
        <w:ind w:left="720" w:hanging="360"/>
      </w:pPr>
      <w:r>
        <w:t>Bot Integration – Integrating chatbot with websites or web apps</w:t>
      </w:r>
    </w:p>
    <w:p w14:paraId="3D0D0A37" w14:textId="77777777" w:rsidR="005320EA" w:rsidRDefault="005320EA" w:rsidP="005320EA">
      <w:pPr>
        <w:pStyle w:val="ListBullet2"/>
      </w:pPr>
      <w:r>
        <w:t xml:space="preserve">Custom Actions – Writing custom JS/Node.js actions inside </w:t>
      </w:r>
      <w:proofErr w:type="spellStart"/>
      <w:r>
        <w:t>Botpress</w:t>
      </w:r>
      <w:proofErr w:type="spellEnd"/>
    </w:p>
    <w:p w14:paraId="01F8734F" w14:textId="77777777" w:rsidR="005320EA" w:rsidRDefault="005320EA" w:rsidP="005320EA">
      <w:pPr>
        <w:pStyle w:val="ListBullet2"/>
        <w:ind w:left="720" w:hanging="360"/>
      </w:pPr>
    </w:p>
    <w:p w14:paraId="5C92C71C" w14:textId="77777777" w:rsidR="005320EA" w:rsidRDefault="005320EA" w:rsidP="005320EA">
      <w:pPr>
        <w:pStyle w:val="ListBullet2"/>
        <w:ind w:left="720" w:hanging="360"/>
      </w:pPr>
    </w:p>
    <w:p w14:paraId="384DC68F" w14:textId="77777777" w:rsidR="005320EA" w:rsidRDefault="005320EA" w:rsidP="005320EA">
      <w:pPr>
        <w:pStyle w:val="Heading2"/>
      </w:pPr>
      <w:r>
        <w:t>Projects</w:t>
      </w:r>
    </w:p>
    <w:p w14:paraId="1AC728FA" w14:textId="77777777" w:rsidR="005320EA" w:rsidRPr="005320EA" w:rsidRDefault="005320EA" w:rsidP="005320EA">
      <w:pPr>
        <w:pStyle w:val="Heading3"/>
        <w:rPr>
          <w:sz w:val="28"/>
          <w:szCs w:val="28"/>
        </w:rPr>
      </w:pPr>
      <w:proofErr w:type="spellStart"/>
      <w:r w:rsidRPr="005320EA">
        <w:rPr>
          <w:sz w:val="28"/>
          <w:szCs w:val="28"/>
        </w:rPr>
        <w:t>Schoolin</w:t>
      </w:r>
      <w:proofErr w:type="spellEnd"/>
    </w:p>
    <w:p w14:paraId="657BCE2B" w14:textId="77777777" w:rsidR="005320EA" w:rsidRDefault="005320EA" w:rsidP="005320EA">
      <w:r>
        <w:t>URL: https://schoolin-uat.webshowcase-india.com/admin_Schoolin/en/login</w:t>
      </w:r>
    </w:p>
    <w:p w14:paraId="59A12F2C" w14:textId="77777777" w:rsidR="005320EA" w:rsidRDefault="005320EA" w:rsidP="005320EA">
      <w:r>
        <w:t xml:space="preserve">Description: The website is an admin login portal for a school management ERP system called </w:t>
      </w:r>
      <w:proofErr w:type="spellStart"/>
      <w:r>
        <w:t>Schoolin</w:t>
      </w:r>
      <w:proofErr w:type="spellEnd"/>
      <w:r>
        <w:t>. It enables administrators, principals, and staff to manage student information, attendance, fees, exams, reports, and communication through a centralized platform.</w:t>
      </w:r>
    </w:p>
    <w:p w14:paraId="179B85E0" w14:textId="77777777" w:rsidR="005320EA" w:rsidRDefault="005320EA" w:rsidP="005320EA">
      <w:r>
        <w:t>Team: Collaborated with 2 developers.</w:t>
      </w:r>
    </w:p>
    <w:p w14:paraId="446BA284" w14:textId="77777777" w:rsidR="005320EA" w:rsidRDefault="005320EA" w:rsidP="005320EA">
      <w:r>
        <w:t>Role: Full-stack contributions as a Front &amp; Back-End Developer.</w:t>
      </w:r>
    </w:p>
    <w:p w14:paraId="70466802" w14:textId="77777777" w:rsidR="005320EA" w:rsidRDefault="005320EA" w:rsidP="005320EA">
      <w:r>
        <w:t xml:space="preserve">Technology Used: </w:t>
      </w:r>
      <w:proofErr w:type="spellStart"/>
      <w:r>
        <w:t>NextJS</w:t>
      </w:r>
      <w:proofErr w:type="spellEnd"/>
      <w:r>
        <w:t>, NodeJS, MySQL</w:t>
      </w:r>
    </w:p>
    <w:p w14:paraId="58110E8F" w14:textId="77777777" w:rsidR="005320EA" w:rsidRPr="002D68DF" w:rsidRDefault="005320EA" w:rsidP="005320EA">
      <w:pPr>
        <w:pStyle w:val="Heading3"/>
        <w:rPr>
          <w:sz w:val="28"/>
          <w:szCs w:val="28"/>
        </w:rPr>
      </w:pPr>
      <w:r w:rsidRPr="002D68DF">
        <w:rPr>
          <w:sz w:val="28"/>
          <w:szCs w:val="28"/>
        </w:rPr>
        <w:lastRenderedPageBreak/>
        <w:t>AMUL</w:t>
      </w:r>
    </w:p>
    <w:p w14:paraId="21686B47" w14:textId="77777777" w:rsidR="005320EA" w:rsidRDefault="005320EA" w:rsidP="005320EA">
      <w:r>
        <w:t>URL: https://amul.com/</w:t>
      </w:r>
    </w:p>
    <w:p w14:paraId="3DE848C7" w14:textId="77777777" w:rsidR="005320EA" w:rsidRDefault="005320EA" w:rsidP="005320EA">
      <w:r>
        <w:t>Description: Frontend website for Amul showcasing the brand story, cooperative model, and milestones with a clean and responsive interface.</w:t>
      </w:r>
    </w:p>
    <w:p w14:paraId="133CC6CC" w14:textId="77777777" w:rsidR="005320EA" w:rsidRDefault="005320EA" w:rsidP="005320EA">
      <w:r>
        <w:t>Team: Developed single-handedly.</w:t>
      </w:r>
    </w:p>
    <w:p w14:paraId="1DA3450C" w14:textId="77777777" w:rsidR="005320EA" w:rsidRDefault="005320EA" w:rsidP="005320EA">
      <w:r>
        <w:t>Role: Front End Developer</w:t>
      </w:r>
    </w:p>
    <w:p w14:paraId="098A2E61" w14:textId="1521F5B7" w:rsidR="002D68DF" w:rsidRDefault="005320EA" w:rsidP="005320EA">
      <w:r>
        <w:t xml:space="preserve">Technology Used: </w:t>
      </w:r>
      <w:proofErr w:type="spellStart"/>
      <w:r>
        <w:t>NuxtJS</w:t>
      </w:r>
      <w:proofErr w:type="spellEnd"/>
    </w:p>
    <w:p w14:paraId="6236C52F" w14:textId="77777777" w:rsidR="002D68DF" w:rsidRDefault="002D68DF" w:rsidP="005320EA"/>
    <w:p w14:paraId="3088B0F1" w14:textId="77777777" w:rsidR="002D68DF" w:rsidRDefault="002D68DF" w:rsidP="002D68DF">
      <w:pPr>
        <w:pStyle w:val="ListBullet"/>
      </w:pPr>
      <w:r>
        <w:rPr>
          <w:b/>
        </w:rPr>
        <w:t>Aum Pharmacy</w:t>
      </w:r>
    </w:p>
    <w:p w14:paraId="06F8D26A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India's Trusted Pharmacy &amp; Healthcare Platform with 6L+ Products delivering meds to 10k+ Customers across India</w:t>
      </w:r>
    </w:p>
    <w:p w14:paraId="12ACDD37" w14:textId="77777777" w:rsidR="002D68DF" w:rsidRDefault="002D68DF" w:rsidP="002D68DF">
      <w:pPr>
        <w:pStyle w:val="ListBullet"/>
      </w:pPr>
      <w:proofErr w:type="spellStart"/>
      <w:r>
        <w:rPr>
          <w:b/>
        </w:rPr>
        <w:t>Jewellery</w:t>
      </w:r>
      <w:proofErr w:type="spellEnd"/>
      <w:r>
        <w:rPr>
          <w:b/>
        </w:rPr>
        <w:t xml:space="preserve"> Marketplace</w:t>
      </w:r>
    </w:p>
    <w:p w14:paraId="0CAF3D02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 xml:space="preserve">Bahrain’s online </w:t>
      </w:r>
      <w:proofErr w:type="spellStart"/>
      <w:r>
        <w:t>jewellery</w:t>
      </w:r>
      <w:proofErr w:type="spellEnd"/>
      <w:r>
        <w:t xml:space="preserve"> marketplace, connecting 50+ trusted stores with over 50k happy customers.</w:t>
      </w:r>
    </w:p>
    <w:p w14:paraId="39C427C8" w14:textId="77777777" w:rsidR="002D68DF" w:rsidRDefault="002D68DF" w:rsidP="002D68DF">
      <w:pPr>
        <w:pStyle w:val="ListBullet"/>
      </w:pPr>
      <w:r>
        <w:rPr>
          <w:b/>
        </w:rPr>
        <w:t xml:space="preserve">Om </w:t>
      </w:r>
      <w:proofErr w:type="spellStart"/>
      <w:r>
        <w:rPr>
          <w:b/>
        </w:rPr>
        <w:t>Jewellers</w:t>
      </w:r>
      <w:proofErr w:type="spellEnd"/>
    </w:p>
    <w:p w14:paraId="3536E405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 xml:space="preserve">A </w:t>
      </w:r>
      <w:proofErr w:type="spellStart"/>
      <w:r>
        <w:t>jewellery</w:t>
      </w:r>
      <w:proofErr w:type="spellEnd"/>
      <w:r>
        <w:t xml:space="preserve"> chain rooted in Mumbai, offering a product catalog display alongside a convenient appointment booking system.</w:t>
      </w:r>
    </w:p>
    <w:p w14:paraId="15D66EC8" w14:textId="77777777" w:rsidR="002D68DF" w:rsidRDefault="002D68DF" w:rsidP="002D68DF">
      <w:pPr>
        <w:pStyle w:val="ListBullet"/>
      </w:pPr>
      <w:r>
        <w:rPr>
          <w:b/>
        </w:rPr>
        <w:t>Mill ERP</w:t>
      </w:r>
    </w:p>
    <w:p w14:paraId="5E64B5C3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Tailored ERP system for a wheat mill, integrating supply chain, production, inventory, and dispatch management.</w:t>
      </w:r>
    </w:p>
    <w:p w14:paraId="589DE224" w14:textId="77777777" w:rsidR="002D68DF" w:rsidRDefault="002D68DF" w:rsidP="002D68DF">
      <w:pPr>
        <w:pStyle w:val="ListBullet"/>
      </w:pPr>
      <w:r>
        <w:rPr>
          <w:b/>
        </w:rPr>
        <w:t>Auto Lending Canada</w:t>
      </w:r>
    </w:p>
    <w:p w14:paraId="3BF952EC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Web platform for a Canada-based auto lending company to simplify loan applications, approvals, and lead management.</w:t>
      </w:r>
    </w:p>
    <w:p w14:paraId="66EF0B63" w14:textId="77777777" w:rsidR="002D68DF" w:rsidRDefault="002D68DF" w:rsidP="002D68DF">
      <w:pPr>
        <w:pStyle w:val="ListBullet"/>
      </w:pPr>
      <w:r>
        <w:rPr>
          <w:b/>
        </w:rPr>
        <w:t>Pop Phones POS</w:t>
      </w:r>
    </w:p>
    <w:p w14:paraId="7B94C521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Australian-based Point of Sale software for retail phone stores to efficiently manage online sales and inventory.</w:t>
      </w:r>
    </w:p>
    <w:p w14:paraId="155B7FF9" w14:textId="77777777" w:rsidR="002D68DF" w:rsidRDefault="002D68DF" w:rsidP="002D68DF">
      <w:pPr>
        <w:pStyle w:val="ListBullet"/>
      </w:pPr>
      <w:r>
        <w:rPr>
          <w:b/>
        </w:rPr>
        <w:t>Black Perl</w:t>
      </w:r>
    </w:p>
    <w:p w14:paraId="72492608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Modern, content-rich website for a cybersecurity firm to showcase its training programs, consulting expertise, and industry credibility.</w:t>
      </w:r>
    </w:p>
    <w:p w14:paraId="7B44F20B" w14:textId="77777777" w:rsidR="002D68DF" w:rsidRDefault="002D68DF" w:rsidP="002D68DF">
      <w:pPr>
        <w:pStyle w:val="ListBullet"/>
      </w:pPr>
      <w:r>
        <w:rPr>
          <w:b/>
        </w:rPr>
        <w:lastRenderedPageBreak/>
        <w:t>Budventure Technology</w:t>
      </w:r>
    </w:p>
    <w:p w14:paraId="1F069AFE" w14:textId="77777777" w:rsidR="002D68DF" w:rsidRDefault="002D68DF" w:rsidP="002D68DF">
      <w:pPr>
        <w:pStyle w:val="ListBullet2"/>
        <w:numPr>
          <w:ilvl w:val="0"/>
          <w:numId w:val="2"/>
        </w:numPr>
      </w:pPr>
      <w:r>
        <w:t>Built the company website for Budventure Technologies (</w:t>
      </w:r>
      <w:proofErr w:type="spellStart"/>
      <w:proofErr w:type="gramStart"/>
      <w:r>
        <w:t>budventure.technology</w:t>
      </w:r>
      <w:proofErr w:type="spellEnd"/>
      <w:proofErr w:type="gramEnd"/>
      <w:r>
        <w:t>), highlighting custom software, eCommerce, AR/VR, AI, and digital marketing solutions for international clients.</w:t>
      </w:r>
    </w:p>
    <w:p w14:paraId="38CEE598" w14:textId="77777777" w:rsidR="002D68DF" w:rsidRDefault="002D68DF" w:rsidP="002D68DF">
      <w:pPr>
        <w:pStyle w:val="ListBullet2"/>
        <w:ind w:left="720"/>
      </w:pPr>
    </w:p>
    <w:p w14:paraId="3B5AB061" w14:textId="77777777" w:rsidR="002D68DF" w:rsidRDefault="002D68DF" w:rsidP="002D68DF">
      <w:pPr>
        <w:pStyle w:val="ListBullet2"/>
        <w:ind w:left="720"/>
      </w:pPr>
    </w:p>
    <w:p w14:paraId="53F81BFB" w14:textId="212D4704" w:rsidR="002D68DF" w:rsidRPr="002D68DF" w:rsidRDefault="002D68DF" w:rsidP="002D68DF">
      <w:pPr>
        <w:pStyle w:val="Heading2"/>
        <w:spacing w:line="480" w:lineRule="auto"/>
      </w:pPr>
      <w:r>
        <w:t>Education</w:t>
      </w:r>
    </w:p>
    <w:p w14:paraId="271CDC0B" w14:textId="77777777" w:rsidR="002D68DF" w:rsidRPr="002D68DF" w:rsidRDefault="002D68DF" w:rsidP="002D68DF">
      <w:pPr>
        <w:pStyle w:val="ListBullet"/>
        <w:rPr>
          <w:sz w:val="24"/>
          <w:szCs w:val="24"/>
        </w:rPr>
      </w:pPr>
      <w:r w:rsidRPr="002D68DF">
        <w:rPr>
          <w:b/>
          <w:sz w:val="24"/>
          <w:szCs w:val="24"/>
        </w:rPr>
        <w:t>MCA</w:t>
      </w:r>
    </w:p>
    <w:p w14:paraId="19326BB0" w14:textId="77777777" w:rsidR="002D68DF" w:rsidRDefault="002D68DF" w:rsidP="002D68DF">
      <w:pPr>
        <w:ind w:firstLine="360"/>
      </w:pPr>
      <w:r>
        <w:t>2020 - 2022</w:t>
      </w:r>
    </w:p>
    <w:p w14:paraId="3E5A02AC" w14:textId="77777777" w:rsidR="002D68DF" w:rsidRDefault="002D68DF" w:rsidP="002D68DF">
      <w:pPr>
        <w:ind w:firstLine="360"/>
      </w:pPr>
      <w:r>
        <w:t>Sardar Patel University, Vallabh Vidyanagar, Anand</w:t>
      </w:r>
    </w:p>
    <w:p w14:paraId="1E25621E" w14:textId="77777777" w:rsidR="002D68DF" w:rsidRDefault="002D68DF" w:rsidP="002D68DF">
      <w:pPr>
        <w:ind w:firstLine="360"/>
      </w:pPr>
      <w:r>
        <w:t>Result: 75%</w:t>
      </w:r>
    </w:p>
    <w:p w14:paraId="7B24A887" w14:textId="77777777" w:rsidR="002D68DF" w:rsidRDefault="002D68DF" w:rsidP="002D68DF">
      <w:pPr>
        <w:ind w:firstLine="360"/>
      </w:pPr>
    </w:p>
    <w:p w14:paraId="1B31E660" w14:textId="77777777" w:rsidR="002D68DF" w:rsidRPr="002D68DF" w:rsidRDefault="002D68DF" w:rsidP="002D68DF">
      <w:pPr>
        <w:pStyle w:val="ListBullet"/>
        <w:rPr>
          <w:sz w:val="24"/>
          <w:szCs w:val="24"/>
        </w:rPr>
      </w:pPr>
      <w:r w:rsidRPr="002D68DF">
        <w:rPr>
          <w:b/>
          <w:sz w:val="24"/>
          <w:szCs w:val="24"/>
        </w:rPr>
        <w:t>BCA</w:t>
      </w:r>
    </w:p>
    <w:p w14:paraId="645FC3AB" w14:textId="77777777" w:rsidR="002D68DF" w:rsidRDefault="002D68DF" w:rsidP="002D68DF">
      <w:pPr>
        <w:ind w:firstLine="360"/>
      </w:pPr>
      <w:r>
        <w:t>2017 - 2020</w:t>
      </w:r>
    </w:p>
    <w:p w14:paraId="48E26C4F" w14:textId="77777777" w:rsidR="002D68DF" w:rsidRDefault="002D68DF" w:rsidP="002D68DF">
      <w:pPr>
        <w:ind w:firstLine="360"/>
      </w:pPr>
      <w:r>
        <w:t>Bhakta Kavi Narsinh Mehta University, Junagadh</w:t>
      </w:r>
    </w:p>
    <w:p w14:paraId="3161EFD6" w14:textId="77777777" w:rsidR="002D68DF" w:rsidRDefault="002D68DF" w:rsidP="002D68DF">
      <w:pPr>
        <w:ind w:firstLine="360"/>
      </w:pPr>
      <w:r>
        <w:t>Result: 80.33%</w:t>
      </w:r>
    </w:p>
    <w:p w14:paraId="7B420A7F" w14:textId="77777777" w:rsidR="002D68DF" w:rsidRDefault="002D68DF" w:rsidP="002D68DF">
      <w:pPr>
        <w:ind w:firstLine="360"/>
      </w:pPr>
    </w:p>
    <w:p w14:paraId="153AB61E" w14:textId="77777777" w:rsidR="002D68DF" w:rsidRPr="002D68DF" w:rsidRDefault="002D68DF" w:rsidP="002D68DF">
      <w:pPr>
        <w:pStyle w:val="ListBullet"/>
        <w:rPr>
          <w:sz w:val="24"/>
          <w:szCs w:val="24"/>
        </w:rPr>
      </w:pPr>
      <w:r w:rsidRPr="002D68DF">
        <w:rPr>
          <w:b/>
          <w:sz w:val="24"/>
          <w:szCs w:val="24"/>
        </w:rPr>
        <w:t>Higher Secondary Education</w:t>
      </w:r>
    </w:p>
    <w:p w14:paraId="08695A6B" w14:textId="77777777" w:rsidR="002D68DF" w:rsidRDefault="002D68DF" w:rsidP="002D68DF">
      <w:pPr>
        <w:ind w:firstLine="360"/>
      </w:pPr>
      <w:r>
        <w:t>2016 - 2017</w:t>
      </w:r>
    </w:p>
    <w:p w14:paraId="4CBE7337" w14:textId="77777777" w:rsidR="002D68DF" w:rsidRDefault="002D68DF" w:rsidP="002D68DF">
      <w:pPr>
        <w:ind w:firstLine="360"/>
      </w:pPr>
      <w:proofErr w:type="spellStart"/>
      <w:r>
        <w:t>Navyug</w:t>
      </w:r>
      <w:proofErr w:type="spellEnd"/>
      <w:r>
        <w:t xml:space="preserve"> </w:t>
      </w:r>
      <w:proofErr w:type="spellStart"/>
      <w:r>
        <w:t>Vidhyalaya</w:t>
      </w:r>
      <w:proofErr w:type="spellEnd"/>
      <w:r>
        <w:t>, Porbandar</w:t>
      </w:r>
    </w:p>
    <w:p w14:paraId="4156F599" w14:textId="77777777" w:rsidR="002D68DF" w:rsidRDefault="002D68DF" w:rsidP="002D68DF">
      <w:pPr>
        <w:ind w:firstLine="360"/>
      </w:pPr>
      <w:r>
        <w:t>Result: 59.86%</w:t>
      </w:r>
    </w:p>
    <w:p w14:paraId="6882A54D" w14:textId="77777777" w:rsidR="002D68DF" w:rsidRDefault="002D68DF" w:rsidP="005320EA"/>
    <w:p w14:paraId="1EDF76FD" w14:textId="77777777" w:rsidR="005320EA" w:rsidRDefault="005320EA" w:rsidP="005320EA">
      <w:pPr>
        <w:pStyle w:val="ListBullet"/>
        <w:numPr>
          <w:ilvl w:val="0"/>
          <w:numId w:val="0"/>
        </w:numPr>
        <w:ind w:left="360" w:hanging="360"/>
      </w:pPr>
    </w:p>
    <w:sectPr w:rsidR="005320E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400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5922591">
    <w:abstractNumId w:val="8"/>
  </w:num>
  <w:num w:numId="2" w16cid:durableId="1890797677">
    <w:abstractNumId w:val="6"/>
  </w:num>
  <w:num w:numId="3" w16cid:durableId="662123477">
    <w:abstractNumId w:val="5"/>
  </w:num>
  <w:num w:numId="4" w16cid:durableId="2087065071">
    <w:abstractNumId w:val="4"/>
  </w:num>
  <w:num w:numId="5" w16cid:durableId="2010714616">
    <w:abstractNumId w:val="7"/>
  </w:num>
  <w:num w:numId="6" w16cid:durableId="2072995421">
    <w:abstractNumId w:val="3"/>
  </w:num>
  <w:num w:numId="7" w16cid:durableId="376467287">
    <w:abstractNumId w:val="2"/>
  </w:num>
  <w:num w:numId="8" w16cid:durableId="794103289">
    <w:abstractNumId w:val="1"/>
  </w:num>
  <w:num w:numId="9" w16cid:durableId="27368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588"/>
    <w:rsid w:val="001C1F64"/>
    <w:rsid w:val="0029639D"/>
    <w:rsid w:val="002D68DF"/>
    <w:rsid w:val="00326F90"/>
    <w:rsid w:val="005213A0"/>
    <w:rsid w:val="005320EA"/>
    <w:rsid w:val="00AA1D8D"/>
    <w:rsid w:val="00B47730"/>
    <w:rsid w:val="00CB0664"/>
    <w:rsid w:val="00D710DF"/>
    <w:rsid w:val="00E365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123E7C"/>
  <w14:defaultImageDpi w14:val="300"/>
  <w15:docId w15:val="{B3593994-4BF9-4DBE-A2F9-19E4F5E6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Akshay Kotecha</cp:lastModifiedBy>
  <cp:revision>2</cp:revision>
  <dcterms:created xsi:type="dcterms:W3CDTF">2026-07-21T10:14:00Z</dcterms:created>
  <dcterms:modified xsi:type="dcterms:W3CDTF">2026-07-21T10:14:00Z</dcterms:modified>
  <cp:category/>
</cp:coreProperties>
</file>